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Meena Kumar</w:t>
      </w:r>
    </w:p>
    <w:p>
      <w:r>
        <w:t>Ward 14, Sulur, Coimbatore  ·  98765 00000  ·  meena.example@email.com</w:t>
      </w:r>
    </w:p>
    <w:p>
      <w:r>
        <w:rPr>
          <w:i/>
          <w:color w:val="808080"/>
          <w:sz w:val="18"/>
        </w:rPr>
        <w:t>SAMPLE — a fictional person, written to show the shape of a simple resume. Use your own words and your own facts.</w:t>
      </w:r>
    </w:p>
    <w:p>
      <w:pPr>
        <w:spacing w:before="200" w:after="40"/>
      </w:pPr>
      <w:r>
        <w:rPr>
          <w:b/>
          <w:color w:val="533AFD"/>
          <w:sz w:val="20"/>
        </w:rPr>
        <w:t>ABOUT ME</w:t>
      </w:r>
    </w:p>
    <w:p>
      <w:r>
        <w:t>I lead a women’s self-help group in my ward. For six years I have helped neighbours get water, ration and pension problems fixed. I want to learn how local government really works so I can get more things fixed, for more people.</w:t>
      </w:r>
    </w:p>
    <w:p>
      <w:pPr>
        <w:spacing w:before="200" w:after="40"/>
      </w:pPr>
      <w:r>
        <w:rPr>
          <w:b/>
          <w:color w:val="533AFD"/>
          <w:sz w:val="20"/>
        </w:rPr>
        <w:t>WHAT I HAVE DONE</w:t>
      </w:r>
    </w:p>
    <w:p>
      <w:pPr>
        <w:pStyle w:val="ListBullet"/>
        <w:spacing w:after="40"/>
      </w:pPr>
      <w:r>
        <w:t>Lead a 20-member women’s self-help group (2019 to now): weekly meetings, savings and loan records. Trained two members to keep the books.</w:t>
      </w:r>
    </w:p>
    <w:p>
      <w:pPr>
        <w:pStyle w:val="ListBullet"/>
        <w:spacing w:after="40"/>
      </w:pPr>
      <w:r>
        <w:t>Got the broken borewell in our street repaired (2023): collected signatures from the street, went to the ward office four times, and followed up until it was fixed.</w:t>
      </w:r>
    </w:p>
    <w:p>
      <w:pPr>
        <w:pStyle w:val="ListBullet"/>
        <w:spacing w:after="40"/>
      </w:pPr>
      <w:r>
        <w:t>Helped run the yearly health camp with the primary health centre. Organised 15 volunteers on the day.</w:t>
      </w:r>
    </w:p>
    <w:p>
      <w:pPr>
        <w:pStyle w:val="ListBullet"/>
        <w:spacing w:after="40"/>
      </w:pPr>
      <w:r>
        <w:t>Helped families fix ration card and pension forms. Sit with them, fill the form, go with them to the office.</w:t>
      </w:r>
    </w:p>
    <w:p>
      <w:pPr>
        <w:spacing w:before="200" w:after="40"/>
      </w:pPr>
      <w:r>
        <w:rPr>
          <w:b/>
          <w:color w:val="533AFD"/>
          <w:sz w:val="20"/>
        </w:rPr>
        <w:t>WORK</w:t>
      </w:r>
    </w:p>
    <w:p>
      <w:pPr>
        <w:pStyle w:val="ListBullet"/>
        <w:spacing w:after="40"/>
      </w:pPr>
      <w:r>
        <w:t>Tailoring unit owner, Sulur (2015 to now)</w:t>
      </w:r>
    </w:p>
    <w:p>
      <w:pPr>
        <w:pStyle w:val="ListBullet"/>
        <w:spacing w:after="40"/>
      </w:pPr>
      <w:r>
        <w:t>Cashier, village cooperative store (2012 to 2015)</w:t>
      </w:r>
    </w:p>
    <w:p>
      <w:pPr>
        <w:spacing w:before="200" w:after="40"/>
      </w:pPr>
      <w:r>
        <w:rPr>
          <w:b/>
          <w:color w:val="533AFD"/>
          <w:sz w:val="20"/>
        </w:rPr>
        <w:t>EDUCATION AND TRAINING</w:t>
      </w:r>
    </w:p>
    <w:p>
      <w:pPr>
        <w:pStyle w:val="ListBullet"/>
        <w:spacing w:after="40"/>
      </w:pPr>
      <w:r>
        <w:t>Class 12, Government Girls Higher Secondary School, Sulur (2011)</w:t>
      </w:r>
    </w:p>
    <w:p>
      <w:pPr>
        <w:pStyle w:val="ListBullet"/>
        <w:spacing w:after="40"/>
      </w:pPr>
      <w:r>
        <w:t>Bookkeeping training for self-help groups, run by a local NGO (2020)</w:t>
      </w:r>
    </w:p>
    <w:p>
      <w:pPr>
        <w:spacing w:before="200" w:after="40"/>
      </w:pPr>
      <w:r>
        <w:rPr>
          <w:b/>
          <w:color w:val="533AFD"/>
          <w:sz w:val="20"/>
        </w:rPr>
        <w:t>LANGUAGES</w:t>
      </w:r>
    </w:p>
    <w:p>
      <w:r>
        <w:t>Tamil (native)  ·  English (basic, improving)  ·  Malayalam (spoken)</w:t>
      </w:r>
    </w:p>
    <w:p>
      <w:pPr>
        <w:spacing w:before="200" w:after="40"/>
      </w:pPr>
      <w:r>
        <w:rPr>
          <w:b/>
          <w:color w:val="533AFD"/>
          <w:sz w:val="20"/>
        </w:rPr>
        <w:t>PEOPLE WHO CAN CONFIRM MY WORK</w:t>
      </w:r>
    </w:p>
    <w:p>
      <w:r>
        <w:t>Two people who have seen my work (the health-centre nurse and a self-help group federation officer). I can share their names and phone numbers.</w:t>
      </w:r>
    </w:p>
    <w:sectPr w:rsidR="00FC693F" w:rsidRPr="0006063C" w:rsidSect="00034616">
      <w:pgSz w:w="12240" w:h="15840"/>
      <w:pgMar w:top="1000" w:right="1160" w:bottom="1000" w:left="1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